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Panduan Wawancara Photovoice 2.0</w:t>
      </w:r>
    </w:p>
    <w:p>
      <w:pPr>
        <w:pStyle w:val="Heading2"/>
      </w:pPr>
      <w:r>
        <w:t>I. Pengalaman dan Proses (Mengevaluasi Step 5)</w:t>
      </w:r>
    </w:p>
    <w:p>
      <w:r>
        <w:t>I.1. Secara keseluruhan, bagaimana perasaanmu saat menerima dan menyelesaikan tugas Photovoice 2.0 ini? Apakah kamu merasa terbebani, tertantang, atau justru tertarik?</w:t>
      </w:r>
    </w:p>
    <w:p>
      <w:r>
        <w:t xml:space="preserve">   Tujuan: Mengukur emosi dan engagement awal siswa.</w:t>
      </w:r>
    </w:p>
    <w:p>
      <w:r>
        <w:t>I.2. Dari proses mengambil foto hingga merekam narasi suara, langkah mana yang paling sulit kamu lakukan? Mengapa?</w:t>
      </w:r>
    </w:p>
    <w:p>
      <w:r>
        <w:t xml:space="preserve">   Tujuan: Menggali hambatan teknis atau psikologis.</w:t>
      </w:r>
    </w:p>
    <w:p>
      <w:r>
        <w:t>I.3. Ada yang bilang merekam voice note lebih menantang daripada berbicara di depan kelas. Ada juga yang merasa lebih nyaman. Bagaimana denganmu? Mengapa?</w:t>
      </w:r>
    </w:p>
    <w:p>
      <w:r>
        <w:t xml:space="preserve">   Tujuan: Mengukur kenyamanan dan self-confidence.</w:t>
      </w:r>
    </w:p>
    <w:p>
      <w:r>
        <w:t>I.4. [Acuan pada Foto Siswa] Ceritakan sedikit lagi latar belakang saat kamu mengambil foto ini. Apakah foto itu sudah ada di handphone-mu, atau kamu sengaja ambil untuk tugas ini?</w:t>
      </w:r>
    </w:p>
    <w:p>
      <w:r>
        <w:t xml:space="preserve">   Tujuan: Mengukur tingkat perencanaan siswa.</w:t>
      </w:r>
    </w:p>
    <w:p>
      <w:pPr>
        <w:pStyle w:val="Heading2"/>
      </w:pPr>
      <w:r>
        <w:t>II. Refleksi Kritis Berdasarkan SHOWED (Mengevaluasi Kualitas Konten)</w:t>
      </w:r>
    </w:p>
    <w:p>
      <w:r>
        <w:t>II.1. [Acuan pada Voice Note Siswa] Kamu sudah mendeskripsikan apa yang kamu lihat (See). Bagaimana situasi ini bisa memengaruhi kehidupanmu atau keluargamu?</w:t>
      </w:r>
    </w:p>
    <w:p>
      <w:r>
        <w:t xml:space="preserve">   Tujuan: Menggali hubungan emosional dan personal.</w:t>
      </w:r>
    </w:p>
    <w:p>
      <w:r>
        <w:t>II.2. Menurutmu, apa alasan utama (Why) masalah/situasi ini ada dan terus terjadi di lingkungan remaja?</w:t>
      </w:r>
    </w:p>
    <w:p>
      <w:r>
        <w:t xml:space="preserve">   Tujuan: Mendorong analisis kritis.</w:t>
      </w:r>
    </w:p>
    <w:p>
      <w:r>
        <w:t>II.3. Jika kamu punya kesempatan untuk melakukan sesuatu (Do), apa langkah praktis pertama untuk mengubah situasi yang kamu foto?</w:t>
      </w:r>
    </w:p>
    <w:p>
      <w:r>
        <w:t xml:space="preserve">   Tujuan: Menggali kemampuan merumuskan solusi.</w:t>
      </w:r>
    </w:p>
    <w:p>
      <w:r>
        <w:t>II.4. Adakah hal baru yang kamu pelajari tentang dirimu sendiri atau lingkunganmu dari tugas foto dan voice note ini?</w:t>
      </w:r>
    </w:p>
    <w:p>
      <w:r>
        <w:t xml:space="preserve">   Tujuan: Mengukur refleksi dan self-awareness.</w:t>
      </w:r>
    </w:p>
    <w:p>
      <w:pPr>
        <w:pStyle w:val="Heading2"/>
      </w:pPr>
      <w:r>
        <w:t>III. Persepsi dan Evaluasi Metode (Mengevaluasi Tujuan Skripsi)</w:t>
      </w:r>
    </w:p>
    <w:p>
      <w:r>
        <w:t>III.1. Apakah Photovoice 2.0 membuatmu lebih termotivasi menggunakan Bahasa Inggris dibanding metode seperti buku teks atau role-play? Mengapa?</w:t>
      </w:r>
    </w:p>
    <w:p>
      <w:r>
        <w:t xml:space="preserve">   Tujuan: Mengukur motivasi siswa.</w:t>
      </w:r>
    </w:p>
    <w:p>
      <w:r>
        <w:t>III.2. Menurutmu, aspek speaking apa yang paling terbantu oleh metode ini (Vocabulary, Fluency, Pronunciation)?</w:t>
      </w:r>
    </w:p>
    <w:p>
      <w:r>
        <w:t xml:space="preserve">   Tujuan: Mengidentifikasi aspek yang terpengaruh.</w:t>
      </w:r>
    </w:p>
    <w:p>
      <w:r>
        <w:t>III.3. Jika metode ini dilanjutkan, apakah kamu merasa speaking skill akan meningkat lebih cepat?</w:t>
      </w:r>
    </w:p>
    <w:p>
      <w:r>
        <w:t xml:space="preserve">   Tujuan: Mengukur persepsi efektivitas.</w:t>
      </w:r>
    </w:p>
    <w:p>
      <w:r>
        <w:t>III.4. Apa saran terbesar untuk guru agar Photovoice 2.0 lebih baik dan menarik?</w:t>
      </w:r>
    </w:p>
    <w:p>
      <w:r>
        <w:t xml:space="preserve">   Tujuan: Menggali saran praktis.</w:t>
      </w:r>
    </w:p>
    <w:p>
      <w:r>
        <w:t>III.5. Apakah ada hal lain tentang Photovoice 2.0 yang ingin kamu sampaikan?</w:t>
      </w:r>
    </w:p>
    <w:p>
      <w:r>
        <w:t xml:space="preserve">   Tujuan: Memberi ruang informasi tambahan.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